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18821" w14:textId="77777777" w:rsidR="00FE63E5" w:rsidRDefault="001E77EF">
      <w:pPr>
        <w:spacing w:after="200"/>
      </w:pPr>
      <w:r>
        <w:rPr>
          <w:rFonts w:ascii="Poppins SemiBold" w:hAnsi="Poppins SemiBold"/>
          <w:color w:val="137F9C"/>
          <w:sz w:val="18"/>
        </w:rPr>
        <w:t>GESPRÄCHSLEITFADEN UND PROTOKOLL  /  01</w:t>
      </w:r>
    </w:p>
    <w:p w14:paraId="682017BA" w14:textId="77777777" w:rsidR="00FE63E5" w:rsidRDefault="001E77EF">
      <w:pPr>
        <w:pStyle w:val="Titel"/>
      </w:pPr>
      <w:r>
        <w:t>Erwartungen an unsere</w:t>
      </w:r>
      <w:r>
        <w:br/>
        <w:t>Zusammenarbeit</w:t>
      </w:r>
    </w:p>
    <w:p w14:paraId="323B2E30" w14:textId="77777777" w:rsidR="00FE63E5" w:rsidRDefault="001E77EF">
      <w:pPr>
        <w:pStyle w:val="Untertitel"/>
      </w:pPr>
      <w:r>
        <w:t>Klar miteinander sprechen. Verlässlich zusammenarbeiten.</w:t>
      </w:r>
    </w:p>
    <w:p w14:paraId="2367A555" w14:textId="77777777" w:rsidR="00FE63E5" w:rsidRDefault="001E77EF">
      <w:r>
        <w:t>Was brauche ich von dir – und was brauchst du von mir? Mit diesem Leitfaden macht ihr Erwartungen sichtbar und haltet fest, was ihr im Alltag füreinander tun wollt. Für neue Mitarbeitende und bestehende Teams.</w:t>
      </w:r>
    </w:p>
    <w:p w14:paraId="5A3E62B4" w14:textId="77777777" w:rsidR="00FE63E5" w:rsidRDefault="001E77EF">
      <w:pPr>
        <w:spacing w:after="0"/>
      </w:pPr>
      <w:r>
        <w:rPr>
          <w:rFonts w:ascii="Poppins SemiBold" w:hAnsi="Poppins SemiBold"/>
          <w:sz w:val="18"/>
        </w:rPr>
        <w:t>Mitarbeiterin oder Mitarbeiter / Rolle</w:t>
      </w:r>
    </w:p>
    <w:p w14:paraId="265D6F68" w14:textId="77777777" w:rsidR="00FE63E5" w:rsidRDefault="001E77EF">
      <w:pPr>
        <w:pBdr>
          <w:bottom w:val="single" w:sz="4" w:space="0" w:color="D5E3EA"/>
        </w:pBdr>
        <w:spacing w:after="0" w:line="460" w:lineRule="exact"/>
      </w:pPr>
      <w:r>
        <w:t xml:space="preserve"> </w:t>
      </w:r>
    </w:p>
    <w:p w14:paraId="69879E5A" w14:textId="77777777" w:rsidR="00FE63E5" w:rsidRDefault="001E77EF">
      <w:pPr>
        <w:spacing w:after="0"/>
      </w:pPr>
      <w:r>
        <w:rPr>
          <w:rFonts w:ascii="Poppins SemiBold" w:hAnsi="Poppins SemiBold"/>
          <w:sz w:val="18"/>
        </w:rPr>
        <w:t>Führungskraft / Datum / Anlass</w:t>
      </w:r>
    </w:p>
    <w:p w14:paraId="12D2DE08" w14:textId="77777777" w:rsidR="00FE63E5" w:rsidRDefault="001E77EF">
      <w:pPr>
        <w:pBdr>
          <w:bottom w:val="single" w:sz="4" w:space="0" w:color="D5E3EA"/>
        </w:pBdr>
        <w:spacing w:after="0" w:line="460" w:lineRule="exact"/>
      </w:pPr>
      <w:r>
        <w:t xml:space="preserve"> </w:t>
      </w:r>
    </w:p>
    <w:p w14:paraId="3E9C8BA2" w14:textId="77777777" w:rsidR="00FE63E5" w:rsidRDefault="001E77EF">
      <w:pPr>
        <w:pStyle w:val="berschrift2"/>
      </w:pPr>
      <w:r>
        <w:t>So startet ihr gut ins Gespräch</w:t>
      </w:r>
    </w:p>
    <w:p w14:paraId="16A59E92" w14:textId="77777777" w:rsidR="00FE63E5" w:rsidRDefault="001E77EF">
      <w:r>
        <w:t>Plant 30 bis 45 Minuten ein. Sammelt vorher eure wichtigsten Erwartungen und wählt die passenden Fragen aus. Hört einander zu und fragt nach konkreten Beispielen. Gedankenlesen steht schließlich selten in der Stellenbeschreibung.</w:t>
      </w:r>
    </w:p>
    <w:p w14:paraId="6AC0FCE9" w14:textId="77777777" w:rsidR="00FE63E5" w:rsidRDefault="001E77EF">
      <w:pPr>
        <w:pStyle w:val="berschrift2"/>
        <w:shd w:val="clear" w:color="auto" w:fill="EAF4F8"/>
        <w:spacing w:line="324" w:lineRule="auto"/>
      </w:pPr>
      <w:r>
        <w:t>01  Was uns bereits verbindet</w:t>
      </w:r>
    </w:p>
    <w:p w14:paraId="08B3677E" w14:textId="77777777" w:rsidR="00FE63E5" w:rsidRDefault="001E77EF">
      <w:r>
        <w:t>Was läuft schon gut? Was soll uns zum Start besonders wichtig sein?</w:t>
      </w:r>
    </w:p>
    <w:p w14:paraId="6595EF04" w14:textId="77777777" w:rsidR="00FE63E5" w:rsidRDefault="001E77EF">
      <w:pPr>
        <w:pBdr>
          <w:bottom w:val="single" w:sz="4" w:space="0" w:color="D5E3EA"/>
        </w:pBdr>
        <w:spacing w:after="0" w:line="460" w:lineRule="exact"/>
      </w:pPr>
      <w:r>
        <w:t xml:space="preserve"> </w:t>
      </w:r>
    </w:p>
    <w:p w14:paraId="43FF46AB" w14:textId="77777777" w:rsidR="00FE63E5" w:rsidRDefault="001E77EF">
      <w:pPr>
        <w:pBdr>
          <w:bottom w:val="single" w:sz="4" w:space="0" w:color="D5E3EA"/>
        </w:pBdr>
        <w:spacing w:after="0" w:line="460" w:lineRule="exact"/>
      </w:pPr>
      <w:r>
        <w:t xml:space="preserve"> </w:t>
      </w:r>
    </w:p>
    <w:p w14:paraId="3346DC46" w14:textId="77777777" w:rsidR="00FE63E5" w:rsidRDefault="001E77EF">
      <w:pPr>
        <w:pStyle w:val="berschrift2"/>
        <w:shd w:val="clear" w:color="auto" w:fill="EAF4F8"/>
        <w:spacing w:line="324" w:lineRule="auto"/>
      </w:pPr>
      <w:r>
        <w:t>02  Was ich als Führungskraft erwarte</w:t>
      </w:r>
    </w:p>
    <w:p w14:paraId="407D2E37" w14:textId="77777777" w:rsidR="00FE63E5" w:rsidRDefault="001E77EF">
      <w:r>
        <w:t>Welche Ergebnisse und Prioritäten sind wichtig? Woran erkennen wir gute Arbeit? Was wünsche ich mir bei Absprachen und Schwierigkeiten – und welche Unterstützung biete ich an?</w:t>
      </w:r>
    </w:p>
    <w:p w14:paraId="1D62C415" w14:textId="77777777" w:rsidR="00FE63E5" w:rsidRDefault="001E77EF">
      <w:pPr>
        <w:pBdr>
          <w:bottom w:val="single" w:sz="4" w:space="0" w:color="D5E3EA"/>
        </w:pBdr>
        <w:spacing w:after="0" w:line="460" w:lineRule="exact"/>
      </w:pPr>
      <w:r>
        <w:t xml:space="preserve"> </w:t>
      </w:r>
    </w:p>
    <w:p w14:paraId="710913C5" w14:textId="77777777" w:rsidR="00FE63E5" w:rsidRDefault="001E77EF">
      <w:pPr>
        <w:pBdr>
          <w:bottom w:val="single" w:sz="4" w:space="0" w:color="D5E3EA"/>
        </w:pBdr>
        <w:spacing w:after="0" w:line="460" w:lineRule="exact"/>
      </w:pPr>
      <w:r>
        <w:t xml:space="preserve"> </w:t>
      </w:r>
    </w:p>
    <w:p w14:paraId="04486AF9" w14:textId="77777777" w:rsidR="00FE63E5" w:rsidRDefault="001E77EF">
      <w:pPr>
        <w:pBdr>
          <w:bottom w:val="single" w:sz="4" w:space="0" w:color="D5E3EA"/>
        </w:pBdr>
        <w:spacing w:after="0" w:line="460" w:lineRule="exact"/>
      </w:pPr>
      <w:r>
        <w:t xml:space="preserve"> </w:t>
      </w:r>
    </w:p>
    <w:p w14:paraId="693C966A" w14:textId="77777777" w:rsidR="00FE63E5" w:rsidRDefault="001E77EF">
      <w:r>
        <w:br w:type="page"/>
      </w:r>
    </w:p>
    <w:p w14:paraId="5463570B" w14:textId="77777777" w:rsidR="00FE63E5" w:rsidRDefault="001E77EF">
      <w:pPr>
        <w:spacing w:after="200"/>
      </w:pPr>
      <w:r>
        <w:rPr>
          <w:rFonts w:ascii="Poppins SemiBold" w:hAnsi="Poppins SemiBold"/>
          <w:color w:val="137F9C"/>
          <w:sz w:val="18"/>
        </w:rPr>
        <w:lastRenderedPageBreak/>
        <w:t>PERSPEKTIVEN UND ZUSAMMENARBEIT  /  02</w:t>
      </w:r>
    </w:p>
    <w:p w14:paraId="020F287A" w14:textId="77777777" w:rsidR="00FE63E5" w:rsidRDefault="001E77EF">
      <w:pPr>
        <w:pStyle w:val="berschrift1"/>
      </w:pPr>
      <w:r>
        <w:t>Was du von mir brauchst</w:t>
      </w:r>
    </w:p>
    <w:p w14:paraId="1A907DE1" w14:textId="77777777" w:rsidR="00FE63E5" w:rsidRDefault="001E77EF">
      <w:r>
        <w:t>Erwartungen gelten in beide Richtungen. Lasst Raum für die Sicht der Mitarbeiterin oder des Mitarbeiters und macht aus allgemeinen Wünschen konkrete Absprachen.</w:t>
      </w:r>
    </w:p>
    <w:p w14:paraId="3439E500" w14:textId="77777777" w:rsidR="00FE63E5" w:rsidRDefault="001E77EF">
      <w:pPr>
        <w:pStyle w:val="berschrift2"/>
        <w:shd w:val="clear" w:color="auto" w:fill="EAF4F8"/>
        <w:spacing w:line="324" w:lineRule="auto"/>
      </w:pPr>
      <w:r>
        <w:t>03  Deine Erwartungen an mich</w:t>
      </w:r>
    </w:p>
    <w:p w14:paraId="2C130DB0" w14:textId="77777777" w:rsidR="00FE63E5" w:rsidRDefault="001E77EF">
      <w:r>
        <w:t>Was brauchst du von mir, damit du gut arbeiten kannst? Welche Informationen, Einarbeitung oder Rückendeckung fehlen dir? Was sollte ich über deine Arbeitsweise wissen?</w:t>
      </w:r>
    </w:p>
    <w:p w14:paraId="7200E6DC" w14:textId="77777777" w:rsidR="00FE63E5" w:rsidRDefault="001E77EF">
      <w:pPr>
        <w:pBdr>
          <w:bottom w:val="single" w:sz="4" w:space="0" w:color="D5E3EA"/>
        </w:pBdr>
        <w:spacing w:after="0" w:line="460" w:lineRule="exact"/>
      </w:pPr>
      <w:r>
        <w:t xml:space="preserve"> </w:t>
      </w:r>
    </w:p>
    <w:p w14:paraId="27A58288" w14:textId="77777777" w:rsidR="00FE63E5" w:rsidRDefault="001E77EF">
      <w:pPr>
        <w:pBdr>
          <w:bottom w:val="single" w:sz="4" w:space="0" w:color="D5E3EA"/>
        </w:pBdr>
        <w:spacing w:after="0" w:line="460" w:lineRule="exact"/>
      </w:pPr>
      <w:r>
        <w:t xml:space="preserve"> </w:t>
      </w:r>
    </w:p>
    <w:p w14:paraId="138D5195" w14:textId="77777777" w:rsidR="00FE63E5" w:rsidRDefault="001E77EF">
      <w:pPr>
        <w:pBdr>
          <w:bottom w:val="single" w:sz="4" w:space="0" w:color="D5E3EA"/>
        </w:pBdr>
        <w:spacing w:after="0" w:line="460" w:lineRule="exact"/>
      </w:pPr>
      <w:r>
        <w:t xml:space="preserve"> </w:t>
      </w:r>
    </w:p>
    <w:p w14:paraId="2F7F811E" w14:textId="77777777" w:rsidR="00FE63E5" w:rsidRDefault="001E77EF">
      <w:pPr>
        <w:pBdr>
          <w:bottom w:val="single" w:sz="4" w:space="0" w:color="D5E3EA"/>
        </w:pBdr>
        <w:spacing w:after="0" w:line="460" w:lineRule="exact"/>
      </w:pPr>
      <w:r>
        <w:t xml:space="preserve"> </w:t>
      </w:r>
    </w:p>
    <w:p w14:paraId="49893A62" w14:textId="77777777" w:rsidR="00FE63E5" w:rsidRDefault="001E77EF">
      <w:pPr>
        <w:pStyle w:val="berschrift2"/>
        <w:shd w:val="clear" w:color="auto" w:fill="EAF4F8"/>
        <w:spacing w:line="324" w:lineRule="auto"/>
      </w:pPr>
      <w:r>
        <w:t>04  Kommunikation und Erreichbarkeit</w:t>
      </w:r>
    </w:p>
    <w:p w14:paraId="30919D51" w14:textId="77777777" w:rsidR="00FE63E5" w:rsidRDefault="001E77EF">
      <w:r>
        <w:t>Wie und wann informieren wir einander? Was gehört in eine Nachricht, was in ein Gespräch? Welche Rückmeldezeiten sind realistisch? Wie kennzeichnen wir Dringendes und regeln Abwesenheiten?</w:t>
      </w:r>
    </w:p>
    <w:p w14:paraId="5D4CEC7D" w14:textId="77777777" w:rsidR="00FE63E5" w:rsidRDefault="001E77EF">
      <w:pPr>
        <w:pBdr>
          <w:bottom w:val="single" w:sz="4" w:space="0" w:color="D5E3EA"/>
        </w:pBdr>
        <w:spacing w:after="0" w:line="460" w:lineRule="exact"/>
      </w:pPr>
      <w:r>
        <w:t xml:space="preserve"> </w:t>
      </w:r>
    </w:p>
    <w:p w14:paraId="6B195CDC" w14:textId="77777777" w:rsidR="00FE63E5" w:rsidRDefault="001E77EF">
      <w:pPr>
        <w:pBdr>
          <w:bottom w:val="single" w:sz="4" w:space="0" w:color="D5E3EA"/>
        </w:pBdr>
        <w:spacing w:after="0" w:line="460" w:lineRule="exact"/>
      </w:pPr>
      <w:r>
        <w:t xml:space="preserve"> </w:t>
      </w:r>
    </w:p>
    <w:p w14:paraId="470C61E0" w14:textId="77777777" w:rsidR="00FE63E5" w:rsidRDefault="001E77EF">
      <w:pPr>
        <w:pBdr>
          <w:bottom w:val="single" w:sz="4" w:space="0" w:color="D5E3EA"/>
        </w:pBdr>
        <w:spacing w:after="0" w:line="460" w:lineRule="exact"/>
      </w:pPr>
      <w:r>
        <w:t xml:space="preserve"> </w:t>
      </w:r>
    </w:p>
    <w:p w14:paraId="4113B540" w14:textId="77777777" w:rsidR="00FE63E5" w:rsidRDefault="001E77EF">
      <w:pPr>
        <w:pBdr>
          <w:bottom w:val="single" w:sz="4" w:space="0" w:color="D5E3EA"/>
        </w:pBdr>
        <w:spacing w:after="0" w:line="460" w:lineRule="exact"/>
      </w:pPr>
      <w:r>
        <w:t xml:space="preserve"> </w:t>
      </w:r>
    </w:p>
    <w:p w14:paraId="2C1D4127" w14:textId="77777777" w:rsidR="00FE63E5" w:rsidRDefault="001E77EF">
      <w:pPr>
        <w:pStyle w:val="berschrift2"/>
        <w:shd w:val="clear" w:color="auto" w:fill="EAF4F8"/>
        <w:spacing w:line="324" w:lineRule="auto"/>
      </w:pPr>
      <w:r>
        <w:t>05  Verantwortung und Entscheidungen</w:t>
      </w:r>
    </w:p>
    <w:p w14:paraId="79593408" w14:textId="77777777" w:rsidR="00FE63E5" w:rsidRDefault="001E77EF">
      <w:r>
        <w:t>Was kannst du selbst entscheiden? Wann brauchst du Rücksprache? Wer klärt Prioritäten, wenn Aufgaben konkurrieren? Woran erkennen wir, dass eine Aufgabe erledigt ist?</w:t>
      </w:r>
    </w:p>
    <w:p w14:paraId="6E2DFFF4" w14:textId="77777777" w:rsidR="00FE63E5" w:rsidRDefault="001E77EF">
      <w:pPr>
        <w:pBdr>
          <w:bottom w:val="single" w:sz="4" w:space="0" w:color="D5E3EA"/>
        </w:pBdr>
        <w:spacing w:after="0" w:line="460" w:lineRule="exact"/>
      </w:pPr>
      <w:r>
        <w:t xml:space="preserve"> </w:t>
      </w:r>
    </w:p>
    <w:p w14:paraId="75C126F4" w14:textId="77777777" w:rsidR="00FE63E5" w:rsidRDefault="001E77EF">
      <w:pPr>
        <w:pBdr>
          <w:bottom w:val="single" w:sz="4" w:space="0" w:color="D5E3EA"/>
        </w:pBdr>
        <w:spacing w:after="0" w:line="460" w:lineRule="exact"/>
      </w:pPr>
      <w:r>
        <w:t xml:space="preserve"> </w:t>
      </w:r>
    </w:p>
    <w:p w14:paraId="0E004D77" w14:textId="77777777" w:rsidR="00FE63E5" w:rsidRDefault="001E77EF">
      <w:pPr>
        <w:pBdr>
          <w:bottom w:val="single" w:sz="4" w:space="0" w:color="D5E3EA"/>
        </w:pBdr>
        <w:spacing w:after="0" w:line="460" w:lineRule="exact"/>
      </w:pPr>
      <w:r>
        <w:t xml:space="preserve"> </w:t>
      </w:r>
    </w:p>
    <w:p w14:paraId="3CA87438" w14:textId="77777777" w:rsidR="00FE63E5" w:rsidRDefault="001E77EF">
      <w:pPr>
        <w:pBdr>
          <w:bottom w:val="single" w:sz="4" w:space="0" w:color="D5E3EA"/>
        </w:pBdr>
        <w:spacing w:after="0" w:line="460" w:lineRule="exact"/>
      </w:pPr>
      <w:r>
        <w:t xml:space="preserve"> </w:t>
      </w:r>
    </w:p>
    <w:p w14:paraId="257F65B5" w14:textId="77777777" w:rsidR="00FE63E5" w:rsidRDefault="001E77EF">
      <w:pPr>
        <w:spacing w:after="200"/>
      </w:pPr>
      <w:r>
        <w:rPr>
          <w:rFonts w:ascii="Poppins SemiBold" w:hAnsi="Poppins SemiBold"/>
          <w:color w:val="137F9C"/>
          <w:sz w:val="18"/>
        </w:rPr>
        <w:t>GUTE NACHFRAGE: „WORAN WÜRDEST DU DAS IM ALLTAG MERKEN?“</w:t>
      </w:r>
    </w:p>
    <w:p w14:paraId="236D90AB" w14:textId="77777777" w:rsidR="00FE63E5" w:rsidRDefault="001E77EF">
      <w:r>
        <w:br w:type="page"/>
      </w:r>
    </w:p>
    <w:p w14:paraId="3D53C7A3" w14:textId="77777777" w:rsidR="00FE63E5" w:rsidRDefault="001E77EF">
      <w:pPr>
        <w:spacing w:after="200"/>
      </w:pPr>
      <w:r>
        <w:rPr>
          <w:rFonts w:ascii="Poppins SemiBold" w:hAnsi="Poppins SemiBold"/>
          <w:color w:val="137F9C"/>
          <w:sz w:val="18"/>
        </w:rPr>
        <w:lastRenderedPageBreak/>
        <w:t>FEEDBACK UND UNTERSTÜTZUNG  /  03</w:t>
      </w:r>
    </w:p>
    <w:p w14:paraId="521E980C" w14:textId="77777777" w:rsidR="00FE63E5" w:rsidRDefault="001E77EF">
      <w:pPr>
        <w:pStyle w:val="berschrift1"/>
      </w:pPr>
      <w:r>
        <w:t>Auch das sprechen wir an</w:t>
      </w:r>
    </w:p>
    <w:p w14:paraId="7ABBEA69" w14:textId="77777777" w:rsidR="00FE63E5" w:rsidRDefault="001E77EF">
      <w:r>
        <w:t>Gute Zusammenarbeit zeigt sich besonders dann, wenn etwas schwierig wird. Besprecht deshalb auch, wie ihr mit Rückmeldungen, Belastung und unterschiedlichen Erwartungen umgeht.</w:t>
      </w:r>
    </w:p>
    <w:p w14:paraId="161CA71F" w14:textId="77777777" w:rsidR="00FE63E5" w:rsidRDefault="001E77EF">
      <w:pPr>
        <w:pStyle w:val="berschrift2"/>
        <w:shd w:val="clear" w:color="auto" w:fill="EAF4F8"/>
        <w:spacing w:line="324" w:lineRule="auto"/>
      </w:pPr>
      <w:r>
        <w:t>06  Feedback und wertschätzender Umgang</w:t>
      </w:r>
    </w:p>
    <w:p w14:paraId="6444162B" w14:textId="77777777" w:rsidR="00FE63E5" w:rsidRDefault="001E77EF">
      <w:r>
        <w:t>Wie möchtest du Rückmeldung bekommen? Wie kannst du mir als Führungskraft Feedback geben oder widersprechen? Wie sprechen wir Fehler und Spannungen an? Was bedeutet respektvoller Umgang für uns?</w:t>
      </w:r>
    </w:p>
    <w:p w14:paraId="23135B85" w14:textId="77777777" w:rsidR="00FE63E5" w:rsidRDefault="001E77EF">
      <w:pPr>
        <w:pBdr>
          <w:bottom w:val="single" w:sz="4" w:space="0" w:color="D5E3EA"/>
        </w:pBdr>
        <w:spacing w:after="0" w:line="460" w:lineRule="exact"/>
      </w:pPr>
      <w:r>
        <w:t xml:space="preserve"> </w:t>
      </w:r>
    </w:p>
    <w:p w14:paraId="38AAC65F" w14:textId="77777777" w:rsidR="00FE63E5" w:rsidRDefault="001E77EF">
      <w:pPr>
        <w:pBdr>
          <w:bottom w:val="single" w:sz="4" w:space="0" w:color="D5E3EA"/>
        </w:pBdr>
        <w:spacing w:after="0" w:line="460" w:lineRule="exact"/>
      </w:pPr>
      <w:r>
        <w:t xml:space="preserve"> </w:t>
      </w:r>
    </w:p>
    <w:p w14:paraId="0A89082D" w14:textId="77777777" w:rsidR="00FE63E5" w:rsidRDefault="001E77EF">
      <w:pPr>
        <w:pBdr>
          <w:bottom w:val="single" w:sz="4" w:space="0" w:color="D5E3EA"/>
        </w:pBdr>
        <w:spacing w:after="0" w:line="460" w:lineRule="exact"/>
      </w:pPr>
      <w:r>
        <w:t xml:space="preserve"> </w:t>
      </w:r>
    </w:p>
    <w:p w14:paraId="460B5BC6" w14:textId="77777777" w:rsidR="00FE63E5" w:rsidRDefault="001E77EF">
      <w:pPr>
        <w:pBdr>
          <w:bottom w:val="single" w:sz="4" w:space="0" w:color="D5E3EA"/>
        </w:pBdr>
        <w:spacing w:after="0" w:line="460" w:lineRule="exact"/>
      </w:pPr>
      <w:r>
        <w:t xml:space="preserve"> </w:t>
      </w:r>
    </w:p>
    <w:p w14:paraId="3CCC81F6" w14:textId="77777777" w:rsidR="00FE63E5" w:rsidRDefault="001E77EF">
      <w:pPr>
        <w:pStyle w:val="berschrift2"/>
        <w:shd w:val="clear" w:color="auto" w:fill="EAF4F8"/>
        <w:spacing w:line="324" w:lineRule="auto"/>
      </w:pPr>
      <w:r>
        <w:t>07  Belastung und Unterstützung</w:t>
      </w:r>
    </w:p>
    <w:p w14:paraId="0CA29BB4" w14:textId="77777777" w:rsidR="00FE63E5" w:rsidRDefault="001E77EF">
      <w:r>
        <w:t>Wie sprechen wir Überlastung oder fehlende Ressourcen frühzeitig an? Was soll dann konkret passieren? Welche Werkzeuge, Einarbeitung oder Entwicklungsmöglichkeiten brauchst du?</w:t>
      </w:r>
    </w:p>
    <w:p w14:paraId="553BF9FE" w14:textId="77777777" w:rsidR="00FE63E5" w:rsidRDefault="001E77EF">
      <w:pPr>
        <w:pBdr>
          <w:bottom w:val="single" w:sz="4" w:space="0" w:color="D5E3EA"/>
        </w:pBdr>
        <w:spacing w:after="0" w:line="460" w:lineRule="exact"/>
      </w:pPr>
      <w:r>
        <w:t xml:space="preserve"> </w:t>
      </w:r>
    </w:p>
    <w:p w14:paraId="78F2688D" w14:textId="77777777" w:rsidR="00FE63E5" w:rsidRDefault="001E77EF">
      <w:pPr>
        <w:pBdr>
          <w:bottom w:val="single" w:sz="4" w:space="0" w:color="D5E3EA"/>
        </w:pBdr>
        <w:spacing w:after="0" w:line="460" w:lineRule="exact"/>
      </w:pPr>
      <w:r>
        <w:t xml:space="preserve"> </w:t>
      </w:r>
    </w:p>
    <w:p w14:paraId="06A1DCEA" w14:textId="77777777" w:rsidR="00FE63E5" w:rsidRDefault="001E77EF">
      <w:pPr>
        <w:pBdr>
          <w:bottom w:val="single" w:sz="4" w:space="0" w:color="D5E3EA"/>
        </w:pBdr>
        <w:spacing w:after="0" w:line="460" w:lineRule="exact"/>
      </w:pPr>
      <w:r>
        <w:t xml:space="preserve"> </w:t>
      </w:r>
    </w:p>
    <w:p w14:paraId="0AA4C1DF" w14:textId="77777777" w:rsidR="00FE63E5" w:rsidRDefault="001E77EF">
      <w:pPr>
        <w:pBdr>
          <w:bottom w:val="single" w:sz="4" w:space="0" w:color="D5E3EA"/>
        </w:pBdr>
        <w:spacing w:after="0" w:line="460" w:lineRule="exact"/>
      </w:pPr>
      <w:r>
        <w:t xml:space="preserve"> </w:t>
      </w:r>
    </w:p>
    <w:p w14:paraId="6DAE38B6" w14:textId="77777777" w:rsidR="00FE63E5" w:rsidRDefault="001E77EF">
      <w:pPr>
        <w:pStyle w:val="berschrift2"/>
        <w:shd w:val="clear" w:color="auto" w:fill="EAF4F8"/>
        <w:spacing w:line="324" w:lineRule="auto"/>
      </w:pPr>
      <w:r>
        <w:t>08  Unterschiede und Grenzen</w:t>
      </w:r>
    </w:p>
    <w:p w14:paraId="4FC2A0DE" w14:textId="77777777" w:rsidR="00FE63E5" w:rsidRDefault="001E77EF">
      <w:r>
        <w:t>Wo passen unsere Erwartungen noch nicht zusammen? Was ist verhandelbar, was ist durch die Rolle oder Rahmenbedingungen vorgegeben? Was können wir derzeit nicht zusagen – und welche Alternative hilft?</w:t>
      </w:r>
    </w:p>
    <w:p w14:paraId="78A23D23" w14:textId="77777777" w:rsidR="00FE63E5" w:rsidRDefault="001E77EF">
      <w:pPr>
        <w:pBdr>
          <w:bottom w:val="single" w:sz="4" w:space="0" w:color="D5E3EA"/>
        </w:pBdr>
        <w:spacing w:after="0" w:line="460" w:lineRule="exact"/>
      </w:pPr>
      <w:r>
        <w:t xml:space="preserve"> </w:t>
      </w:r>
    </w:p>
    <w:p w14:paraId="0310556A" w14:textId="77777777" w:rsidR="00FE63E5" w:rsidRDefault="001E77EF">
      <w:pPr>
        <w:pBdr>
          <w:bottom w:val="single" w:sz="4" w:space="0" w:color="D5E3EA"/>
        </w:pBdr>
        <w:spacing w:after="0" w:line="460" w:lineRule="exact"/>
      </w:pPr>
      <w:r>
        <w:t xml:space="preserve"> </w:t>
      </w:r>
    </w:p>
    <w:p w14:paraId="24A973FD" w14:textId="77777777" w:rsidR="00FE63E5" w:rsidRDefault="001E77EF">
      <w:pPr>
        <w:pBdr>
          <w:bottom w:val="single" w:sz="4" w:space="0" w:color="D5E3EA"/>
        </w:pBdr>
        <w:spacing w:after="0" w:line="460" w:lineRule="exact"/>
      </w:pPr>
      <w:r>
        <w:t xml:space="preserve"> </w:t>
      </w:r>
    </w:p>
    <w:p w14:paraId="13D37866" w14:textId="77777777" w:rsidR="00FE63E5" w:rsidRDefault="001E77EF">
      <w:pPr>
        <w:pBdr>
          <w:bottom w:val="single" w:sz="4" w:space="0" w:color="D5E3EA"/>
        </w:pBdr>
        <w:spacing w:after="0" w:line="460" w:lineRule="exact"/>
      </w:pPr>
      <w:r>
        <w:t xml:space="preserve"> </w:t>
      </w:r>
    </w:p>
    <w:p w14:paraId="32BE901C" w14:textId="77777777" w:rsidR="00FE63E5" w:rsidRDefault="001E77EF">
      <w:pPr>
        <w:spacing w:after="200"/>
      </w:pPr>
      <w:r>
        <w:rPr>
          <w:rFonts w:ascii="Poppins SemiBold" w:hAnsi="Poppins SemiBold"/>
          <w:color w:val="137F9C"/>
          <w:sz w:val="18"/>
        </w:rPr>
        <w:t>LIEBER EINE EHRLICHE GRENZE ALS EINE ZUSAGE, DIE NIEMAND HALTEN KANN.</w:t>
      </w:r>
    </w:p>
    <w:p w14:paraId="53AB5EB5" w14:textId="77777777" w:rsidR="00FE63E5" w:rsidRDefault="001E77EF">
      <w:r>
        <w:br w:type="page"/>
      </w:r>
    </w:p>
    <w:p w14:paraId="705D2C1A" w14:textId="77777777" w:rsidR="00FE63E5" w:rsidRDefault="001E77EF">
      <w:pPr>
        <w:spacing w:after="20" w:line="247" w:lineRule="auto"/>
      </w:pPr>
      <w:r>
        <w:rPr>
          <w:rFonts w:ascii="Poppins SemiBold" w:hAnsi="Poppins SemiBold"/>
          <w:color w:val="137F9C"/>
          <w:sz w:val="18"/>
        </w:rPr>
        <w:lastRenderedPageBreak/>
        <w:t>VEREINBARUNGEN UND NÄCHSTE SCHRITTE  /  04</w:t>
      </w:r>
    </w:p>
    <w:p w14:paraId="4171E64B" w14:textId="77777777" w:rsidR="00FE63E5" w:rsidRDefault="001E77EF">
      <w:pPr>
        <w:pStyle w:val="berschrift1"/>
        <w:spacing w:after="20" w:line="247" w:lineRule="auto"/>
      </w:pPr>
      <w:r>
        <w:t>Das nehmen wir uns vor</w:t>
      </w:r>
    </w:p>
    <w:p w14:paraId="499CA708" w14:textId="77777777" w:rsidR="00FE63E5" w:rsidRDefault="001E77EF">
      <w:pPr>
        <w:spacing w:after="20" w:line="247" w:lineRule="auto"/>
      </w:pPr>
      <w:r>
        <w:t>Haltet bis zu drei konkrete Vereinbarungen fest. Beschreibt den Beitrag beider Seiten und woran ihr die Umsetzung erkennt. Ein guter Vorsatz wird erst mit einer klaren Absprache alltagstauglich.</w:t>
      </w:r>
    </w:p>
    <w:p w14:paraId="19C0CB4E" w14:textId="77777777" w:rsidR="00FE63E5" w:rsidRDefault="001E77EF">
      <w:pPr>
        <w:pStyle w:val="berschrift2"/>
        <w:spacing w:before="120" w:after="20" w:line="247" w:lineRule="auto"/>
      </w:pPr>
      <w:r>
        <w:t>Vereinbarung 1</w:t>
      </w:r>
    </w:p>
    <w:p w14:paraId="14442A4F" w14:textId="77777777" w:rsidR="00FE63E5" w:rsidRDefault="001E77EF">
      <w:pPr>
        <w:spacing w:after="20" w:line="247" w:lineRule="auto"/>
      </w:pPr>
      <w:r>
        <w:rPr>
          <w:sz w:val="18"/>
        </w:rPr>
        <w:t>Gewünschtes Ergebnis</w:t>
      </w:r>
    </w:p>
    <w:p w14:paraId="1617CA4E" w14:textId="77777777" w:rsidR="00FE63E5" w:rsidRDefault="001E77EF">
      <w:pPr>
        <w:pBdr>
          <w:bottom w:val="single" w:sz="4" w:space="0" w:color="D5E3EA"/>
        </w:pBdr>
        <w:spacing w:after="20" w:line="240" w:lineRule="exact"/>
      </w:pPr>
      <w:r>
        <w:t xml:space="preserve"> </w:t>
      </w:r>
    </w:p>
    <w:p w14:paraId="29B8CF41" w14:textId="77777777" w:rsidR="00FE63E5" w:rsidRDefault="001E77EF">
      <w:pPr>
        <w:spacing w:after="20" w:line="247" w:lineRule="auto"/>
      </w:pPr>
      <w:r>
        <w:rPr>
          <w:sz w:val="18"/>
        </w:rPr>
        <w:t>Beitrag Mitarbeitende / Beitrag Führungskraft</w:t>
      </w:r>
    </w:p>
    <w:p w14:paraId="31F3BDF1" w14:textId="77777777" w:rsidR="00FE63E5" w:rsidRDefault="001E77EF">
      <w:pPr>
        <w:pBdr>
          <w:bottom w:val="single" w:sz="4" w:space="0" w:color="D5E3EA"/>
        </w:pBdr>
        <w:spacing w:after="20" w:line="240" w:lineRule="exact"/>
      </w:pPr>
      <w:r>
        <w:t xml:space="preserve"> </w:t>
      </w:r>
    </w:p>
    <w:p w14:paraId="6ECA8B68" w14:textId="77777777" w:rsidR="00FE63E5" w:rsidRDefault="001E77EF">
      <w:pPr>
        <w:spacing w:after="20" w:line="247" w:lineRule="auto"/>
      </w:pPr>
      <w:r>
        <w:rPr>
          <w:sz w:val="18"/>
        </w:rPr>
        <w:t>Gilt ab oder bis / Daran erkennen wir die Umsetzung</w:t>
      </w:r>
    </w:p>
    <w:p w14:paraId="6B531235" w14:textId="77777777" w:rsidR="00FE63E5" w:rsidRDefault="001E77EF">
      <w:pPr>
        <w:pBdr>
          <w:bottom w:val="single" w:sz="4" w:space="0" w:color="D5E3EA"/>
        </w:pBdr>
        <w:spacing w:after="20" w:line="240" w:lineRule="exact"/>
      </w:pPr>
      <w:r>
        <w:t xml:space="preserve"> </w:t>
      </w:r>
    </w:p>
    <w:p w14:paraId="6CEE7E27" w14:textId="77777777" w:rsidR="00FE63E5" w:rsidRDefault="001E77EF">
      <w:pPr>
        <w:pStyle w:val="berschrift2"/>
        <w:spacing w:before="120" w:after="20" w:line="247" w:lineRule="auto"/>
      </w:pPr>
      <w:r>
        <w:t>Vereinbarung 2</w:t>
      </w:r>
    </w:p>
    <w:p w14:paraId="146A8499" w14:textId="77777777" w:rsidR="00FE63E5" w:rsidRDefault="001E77EF">
      <w:pPr>
        <w:spacing w:after="20" w:line="247" w:lineRule="auto"/>
      </w:pPr>
      <w:r>
        <w:rPr>
          <w:sz w:val="18"/>
        </w:rPr>
        <w:t>Gewünschtes Ergebnis</w:t>
      </w:r>
    </w:p>
    <w:p w14:paraId="556DA0BF" w14:textId="77777777" w:rsidR="00FE63E5" w:rsidRDefault="001E77EF">
      <w:pPr>
        <w:pBdr>
          <w:bottom w:val="single" w:sz="4" w:space="0" w:color="D5E3EA"/>
        </w:pBdr>
        <w:spacing w:after="20" w:line="240" w:lineRule="exact"/>
      </w:pPr>
      <w:r>
        <w:t xml:space="preserve"> </w:t>
      </w:r>
    </w:p>
    <w:p w14:paraId="69BC9DF2" w14:textId="77777777" w:rsidR="00FE63E5" w:rsidRDefault="001E77EF">
      <w:pPr>
        <w:spacing w:after="20" w:line="247" w:lineRule="auto"/>
      </w:pPr>
      <w:r>
        <w:rPr>
          <w:sz w:val="18"/>
        </w:rPr>
        <w:t>Beitrag Mitarbeitende / Beitrag Führungskraft</w:t>
      </w:r>
    </w:p>
    <w:p w14:paraId="04042F99" w14:textId="77777777" w:rsidR="00FE63E5" w:rsidRDefault="001E77EF">
      <w:pPr>
        <w:pBdr>
          <w:bottom w:val="single" w:sz="4" w:space="0" w:color="D5E3EA"/>
        </w:pBdr>
        <w:spacing w:after="20" w:line="240" w:lineRule="exact"/>
      </w:pPr>
      <w:r>
        <w:t xml:space="preserve"> </w:t>
      </w:r>
    </w:p>
    <w:p w14:paraId="2FA2BC87" w14:textId="77777777" w:rsidR="00FE63E5" w:rsidRDefault="001E77EF">
      <w:pPr>
        <w:spacing w:after="20" w:line="247" w:lineRule="auto"/>
      </w:pPr>
      <w:r>
        <w:rPr>
          <w:sz w:val="18"/>
        </w:rPr>
        <w:t>Gilt ab oder bis / Daran erkennen wir die Umsetzung</w:t>
      </w:r>
    </w:p>
    <w:p w14:paraId="11274683" w14:textId="77777777" w:rsidR="00FE63E5" w:rsidRDefault="001E77EF">
      <w:pPr>
        <w:pBdr>
          <w:bottom w:val="single" w:sz="4" w:space="0" w:color="D5E3EA"/>
        </w:pBdr>
        <w:spacing w:after="20" w:line="240" w:lineRule="exact"/>
      </w:pPr>
      <w:r>
        <w:t xml:space="preserve"> </w:t>
      </w:r>
    </w:p>
    <w:p w14:paraId="2AC8BD4C" w14:textId="77777777" w:rsidR="00FE63E5" w:rsidRDefault="001E77EF">
      <w:pPr>
        <w:pStyle w:val="berschrift2"/>
        <w:spacing w:before="120" w:after="20" w:line="247" w:lineRule="auto"/>
      </w:pPr>
      <w:r>
        <w:t>Vereinbarung 3</w:t>
      </w:r>
    </w:p>
    <w:p w14:paraId="7212DECE" w14:textId="77777777" w:rsidR="00FE63E5" w:rsidRDefault="001E77EF">
      <w:pPr>
        <w:spacing w:after="20" w:line="247" w:lineRule="auto"/>
      </w:pPr>
      <w:r>
        <w:rPr>
          <w:sz w:val="18"/>
        </w:rPr>
        <w:t>Gewünschtes Ergebnis</w:t>
      </w:r>
    </w:p>
    <w:p w14:paraId="58FA68A4" w14:textId="77777777" w:rsidR="00FE63E5" w:rsidRDefault="001E77EF">
      <w:pPr>
        <w:pBdr>
          <w:bottom w:val="single" w:sz="4" w:space="0" w:color="D5E3EA"/>
        </w:pBdr>
        <w:spacing w:after="20" w:line="240" w:lineRule="exact"/>
      </w:pPr>
      <w:r>
        <w:t xml:space="preserve"> </w:t>
      </w:r>
    </w:p>
    <w:p w14:paraId="198D3352" w14:textId="77777777" w:rsidR="00FE63E5" w:rsidRDefault="001E77EF">
      <w:pPr>
        <w:spacing w:after="20" w:line="247" w:lineRule="auto"/>
      </w:pPr>
      <w:r>
        <w:rPr>
          <w:sz w:val="18"/>
        </w:rPr>
        <w:t>Beitrag Mitarbeitende / Beitrag Führungskraft</w:t>
      </w:r>
    </w:p>
    <w:p w14:paraId="58F69F2A" w14:textId="77777777" w:rsidR="00FE63E5" w:rsidRDefault="001E77EF">
      <w:pPr>
        <w:pBdr>
          <w:bottom w:val="single" w:sz="4" w:space="0" w:color="D5E3EA"/>
        </w:pBdr>
        <w:spacing w:after="20" w:line="240" w:lineRule="exact"/>
      </w:pPr>
      <w:r>
        <w:t xml:space="preserve"> </w:t>
      </w:r>
    </w:p>
    <w:p w14:paraId="0844E7F3" w14:textId="77777777" w:rsidR="00FE63E5" w:rsidRDefault="001E77EF">
      <w:pPr>
        <w:spacing w:after="20" w:line="247" w:lineRule="auto"/>
      </w:pPr>
      <w:r>
        <w:rPr>
          <w:sz w:val="18"/>
        </w:rPr>
        <w:t>Gilt ab oder bis / Daran erkennen wir die Umsetzung</w:t>
      </w:r>
    </w:p>
    <w:p w14:paraId="56831903" w14:textId="77777777" w:rsidR="00FE63E5" w:rsidRDefault="001E77EF">
      <w:pPr>
        <w:pBdr>
          <w:bottom w:val="single" w:sz="4" w:space="0" w:color="D5E3EA"/>
        </w:pBdr>
        <w:spacing w:after="20" w:line="240" w:lineRule="exact"/>
      </w:pPr>
      <w:r>
        <w:t xml:space="preserve"> </w:t>
      </w:r>
    </w:p>
    <w:p w14:paraId="7E6369B8" w14:textId="77777777" w:rsidR="00FE63E5" w:rsidRDefault="001E77EF">
      <w:pPr>
        <w:pStyle w:val="berschrift2"/>
        <w:spacing w:before="120" w:after="20" w:line="247" w:lineRule="auto"/>
      </w:pPr>
      <w:r>
        <w:t>Was noch offen ist</w:t>
      </w:r>
    </w:p>
    <w:p w14:paraId="46DBABAF" w14:textId="77777777" w:rsidR="00FE63E5" w:rsidRDefault="001E77EF">
      <w:pPr>
        <w:spacing w:after="20" w:line="247" w:lineRule="auto"/>
      </w:pPr>
      <w:r>
        <w:t>Welcher Punkt? Wer kümmert sich? Bis wann?</w:t>
      </w:r>
    </w:p>
    <w:p w14:paraId="74562B84" w14:textId="77777777" w:rsidR="00FE63E5" w:rsidRDefault="001E77EF">
      <w:pPr>
        <w:pBdr>
          <w:bottom w:val="single" w:sz="4" w:space="0" w:color="D5E3EA"/>
        </w:pBdr>
        <w:spacing w:after="20" w:line="240" w:lineRule="exact"/>
      </w:pPr>
      <w:r>
        <w:t xml:space="preserve"> </w:t>
      </w:r>
    </w:p>
    <w:p w14:paraId="28D06A14" w14:textId="77777777" w:rsidR="00FE63E5" w:rsidRDefault="001E77EF">
      <w:pPr>
        <w:pBdr>
          <w:bottom w:val="single" w:sz="4" w:space="0" w:color="D5E3EA"/>
        </w:pBdr>
        <w:spacing w:after="20" w:line="240" w:lineRule="exact"/>
      </w:pPr>
      <w:r>
        <w:t xml:space="preserve"> </w:t>
      </w:r>
    </w:p>
    <w:p w14:paraId="5E82564F" w14:textId="77777777" w:rsidR="00FE63E5" w:rsidRDefault="001E77EF">
      <w:pPr>
        <w:pStyle w:val="berschrift2"/>
        <w:spacing w:before="120" w:after="20" w:line="247" w:lineRule="auto"/>
      </w:pPr>
      <w:r>
        <w:t>Unser nächster Abgleich</w:t>
      </w:r>
    </w:p>
    <w:p w14:paraId="4935F4C2" w14:textId="77777777" w:rsidR="00FE63E5" w:rsidRDefault="001E77EF">
      <w:pPr>
        <w:spacing w:after="20" w:line="247" w:lineRule="auto"/>
      </w:pPr>
      <w:r>
        <w:t>Datum und Dauer: ____________________________________________________</w:t>
      </w:r>
    </w:p>
    <w:p w14:paraId="35FB8B12" w14:textId="77777777" w:rsidR="00FE63E5" w:rsidRDefault="001E77EF">
      <w:pPr>
        <w:spacing w:after="20" w:line="247" w:lineRule="auto"/>
      </w:pPr>
      <w:r>
        <w:t>Was hat funktioniert? Wo gab es Missverständnisse? Was passen wir an?</w:t>
      </w:r>
    </w:p>
    <w:p w14:paraId="0E130E27" w14:textId="77777777" w:rsidR="00FE63E5" w:rsidRDefault="001E77EF">
      <w:pPr>
        <w:spacing w:after="20" w:line="247" w:lineRule="auto"/>
      </w:pPr>
      <w:r>
        <w:t>Gemeinsam durchgesehen am: __________________________________________</w:t>
      </w:r>
      <w:r>
        <w:br/>
        <w:t>Unsere gemeinsame Ablage oder Kopie: ___________________________________</w:t>
      </w:r>
    </w:p>
    <w:sectPr w:rsidR="00FE63E5" w:rsidSect="00034616">
      <w:headerReference w:type="default" r:id="rId8"/>
      <w:footerReference w:type="default" r:id="rId9"/>
      <w:pgSz w:w="11906" w:h="16838"/>
      <w:pgMar w:top="1531" w:right="1049" w:bottom="1077" w:left="1049" w:header="624"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339A5" w14:textId="77777777" w:rsidR="001E77EF" w:rsidRDefault="001E77EF">
      <w:pPr>
        <w:spacing w:after="0" w:line="240" w:lineRule="auto"/>
      </w:pPr>
      <w:r>
        <w:separator/>
      </w:r>
    </w:p>
  </w:endnote>
  <w:endnote w:type="continuationSeparator" w:id="0">
    <w:p w14:paraId="7D72AB03" w14:textId="77777777" w:rsidR="001E77EF" w:rsidRDefault="001E77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oppins">
    <w:panose1 w:val="00000500000000000000"/>
    <w:charset w:val="00"/>
    <w:family w:val="auto"/>
    <w:pitch w:val="variable"/>
    <w:sig w:usb0="00008007" w:usb1="00000000" w:usb2="00000000" w:usb3="00000000" w:csb0="00000093" w:csb1="00000000"/>
    <w:embedRegular r:id="rId1" w:fontKey="{1F4F7D8B-0D18-4926-A3D2-2BFDEA3CDE7F}"/>
    <w:embedBold r:id="rId2" w:fontKey="{37D1D9D5-2BB6-47CE-BF1C-B14D17ECACCF}"/>
    <w:embedItalic r:id="rId3" w:fontKey="{0D136773-F4D1-4490-9D4F-0E7FE8CC2C3C}"/>
    <w:embedBoldItalic r:id="rId4" w:fontKey="{A6C0774C-AE12-496A-AFF1-76ECF9DC43D6}"/>
  </w:font>
  <w:font w:name="Poppins Black">
    <w:panose1 w:val="00000A00000000000000"/>
    <w:charset w:val="00"/>
    <w:family w:val="auto"/>
    <w:pitch w:val="variable"/>
    <w:sig w:usb0="00008007" w:usb1="00000000" w:usb2="00000000" w:usb3="00000000" w:csb0="00000093" w:csb1="00000000"/>
    <w:embedRegular r:id="rId5" w:fontKey="{BC360F7D-DC52-45B7-88FF-67777CAC8204}"/>
  </w:font>
  <w:font w:name="Poppins SemiBold">
    <w:panose1 w:val="00000700000000000000"/>
    <w:charset w:val="00"/>
    <w:family w:val="auto"/>
    <w:pitch w:val="variable"/>
    <w:sig w:usb0="00008007" w:usb1="00000000" w:usb2="00000000" w:usb3="00000000" w:csb0="00000093" w:csb1="00000000"/>
    <w:embedRegular r:id="rId6" w:fontKey="{A41DD065-1125-4976-B962-FD14CFDCD501}"/>
  </w:font>
  <w:font w:name="Courier">
    <w:panose1 w:val="020704090202050204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7" w:fontKey="{D87C53F1-52E8-41DC-A11E-072A4BAE03B4}"/>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8" w:fontKey="{BBCE33AD-7C43-4A25-AD2F-AFFA4B4113D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C0B7" w14:textId="14F98186" w:rsidR="00FE63E5" w:rsidRDefault="001E77EF">
    <w:pPr>
      <w:pStyle w:val="Fuzeile"/>
      <w:tabs>
        <w:tab w:val="left" w:pos="8957"/>
      </w:tabs>
    </w:pPr>
    <w:r>
      <w:rPr>
        <w:color w:val="647281"/>
        <w:sz w:val="16"/>
      </w:rPr>
      <w:t>VOSS SEMINARE  /  ERWARTUNGSABGLEICH</w:t>
    </w:r>
    <w:r>
      <w:tab/>
    </w:r>
    <w:r>
      <w:fldChar w:fldCharType="begin"/>
    </w:r>
    <w:r>
      <w:instrText>PAGE</w:instrText>
    </w:r>
    <w:r>
      <w:fldChar w:fldCharType="separate"/>
    </w:r>
    <w:r w:rsidR="003130A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CD0B0" w14:textId="77777777" w:rsidR="001E77EF" w:rsidRDefault="001E77EF">
      <w:pPr>
        <w:spacing w:after="0" w:line="240" w:lineRule="auto"/>
      </w:pPr>
      <w:r>
        <w:separator/>
      </w:r>
    </w:p>
  </w:footnote>
  <w:footnote w:type="continuationSeparator" w:id="0">
    <w:p w14:paraId="3246F2A6" w14:textId="77777777" w:rsidR="001E77EF" w:rsidRDefault="001E77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C63F4" w14:textId="77777777" w:rsidR="00FE63E5" w:rsidRDefault="001E77EF">
    <w:pPr>
      <w:pStyle w:val="Kopfzeile"/>
    </w:pPr>
    <w:r>
      <w:rPr>
        <w:noProof/>
      </w:rPr>
      <w:drawing>
        <wp:inline distT="0" distB="0" distL="0" distR="0" wp14:anchorId="08F90F8D" wp14:editId="55D63FE8">
          <wp:extent cx="1944000" cy="40391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
                  <a:stretch>
                    <a:fillRect/>
                  </a:stretch>
                </pic:blipFill>
                <pic:spPr>
                  <a:xfrm>
                    <a:off x="0" y="0"/>
                    <a:ext cx="1944000" cy="403917"/>
                  </a:xfrm>
                  <a:prstGeom prst="rect">
                    <a:avLst/>
                  </a:prstGeom>
                </pic:spPr>
              </pic:pic>
            </a:graphicData>
          </a:graphic>
        </wp:inline>
      </w:drawing>
    </w:r>
    <w:r>
      <w:rPr>
        <w:noProof/>
      </w:rPr>
      <w:drawing>
        <wp:anchor distT="0" distB="0" distL="0" distR="0" simplePos="0" relativeHeight="251658240" behindDoc="1" locked="0" layoutInCell="1" allowOverlap="1" wp14:anchorId="175E7D27" wp14:editId="1EF3FACA">
          <wp:simplePos x="0" y="0"/>
          <wp:positionH relativeFrom="page">
            <wp:posOffset>0</wp:posOffset>
          </wp:positionH>
          <wp:positionV relativeFrom="page">
            <wp:posOffset>0</wp:posOffset>
          </wp:positionV>
          <wp:extent cx="7560000" cy="106920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background.png"/>
                  <pic:cNvPicPr/>
                </pic:nvPicPr>
                <pic:blipFill>
                  <a:blip r:embed="rId2"/>
                  <a:stretch>
                    <a:fillRect/>
                  </a:stretch>
                </pic:blipFill>
                <pic:spPr>
                  <a:xfrm>
                    <a:off x="0" y="0"/>
                    <a:ext cx="7560000" cy="106920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641611754">
    <w:abstractNumId w:val="8"/>
  </w:num>
  <w:num w:numId="2" w16cid:durableId="1574850725">
    <w:abstractNumId w:val="6"/>
  </w:num>
  <w:num w:numId="3" w16cid:durableId="1755930378">
    <w:abstractNumId w:val="5"/>
  </w:num>
  <w:num w:numId="4" w16cid:durableId="2109546708">
    <w:abstractNumId w:val="4"/>
  </w:num>
  <w:num w:numId="5" w16cid:durableId="602878655">
    <w:abstractNumId w:val="7"/>
  </w:num>
  <w:num w:numId="6" w16cid:durableId="1211654163">
    <w:abstractNumId w:val="3"/>
  </w:num>
  <w:num w:numId="7" w16cid:durableId="1425608919">
    <w:abstractNumId w:val="2"/>
  </w:num>
  <w:num w:numId="8" w16cid:durableId="1372606891">
    <w:abstractNumId w:val="1"/>
  </w:num>
  <w:num w:numId="9" w16cid:durableId="7480413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E77EF"/>
    <w:rsid w:val="0029639D"/>
    <w:rsid w:val="003130A6"/>
    <w:rsid w:val="00326F90"/>
    <w:rsid w:val="00AA1D8D"/>
    <w:rsid w:val="00B47730"/>
    <w:rsid w:val="00BD64E5"/>
    <w:rsid w:val="00CB0664"/>
    <w:rsid w:val="00FC693F"/>
    <w:rsid w:val="00FE63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30"/>
  <w15:docId w15:val="{C2CD77D7-545D-4E11-AA89-542611840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120" w:line="271" w:lineRule="auto"/>
    </w:pPr>
    <w:rPr>
      <w:rFonts w:ascii="Poppins" w:hAnsi="Poppins"/>
      <w:color w:val="243746"/>
      <w:sz w:val="19"/>
    </w:rPr>
  </w:style>
  <w:style w:type="paragraph" w:styleId="berschrift1">
    <w:name w:val="heading 1"/>
    <w:basedOn w:val="Standard"/>
    <w:next w:val="Standard"/>
    <w:link w:val="berschrift1Zchn"/>
    <w:uiPriority w:val="9"/>
    <w:qFormat/>
    <w:rsid w:val="00FC693F"/>
    <w:pPr>
      <w:keepNext/>
      <w:keepLines/>
      <w:spacing w:before="200"/>
      <w:outlineLvl w:val="0"/>
    </w:pPr>
    <w:rPr>
      <w:rFonts w:ascii="Poppins Black" w:hAnsi="Poppins Black"/>
      <w:bCs/>
      <w:color w:val="052F63"/>
      <w:sz w:val="46"/>
      <w:szCs w:val="28"/>
    </w:rPr>
  </w:style>
  <w:style w:type="paragraph" w:styleId="berschrift2">
    <w:name w:val="heading 2"/>
    <w:basedOn w:val="Standard"/>
    <w:next w:val="Standard"/>
    <w:link w:val="berschrift2Zchn"/>
    <w:uiPriority w:val="9"/>
    <w:unhideWhenUsed/>
    <w:qFormat/>
    <w:rsid w:val="00FC693F"/>
    <w:pPr>
      <w:keepNext/>
      <w:keepLines/>
      <w:spacing w:before="200" w:after="140"/>
      <w:outlineLvl w:val="1"/>
    </w:pPr>
    <w:rPr>
      <w:rFonts w:ascii="Poppins SemiBold" w:hAnsi="Poppins SemiBold"/>
      <w:bCs/>
      <w:color w:val="052F63"/>
      <w:sz w:val="22"/>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b/>
      <w:bCs/>
      <w:color w:val="4F81BD" w:themeColor="accent1"/>
      <w:sz w:val="26"/>
      <w:szCs w:val="26"/>
    </w:rPr>
  </w:style>
  <w:style w:type="character" w:customStyle="1" w:styleId="berschrift3Zchn">
    <w:name w:val="Überschrift 3 Zchn"/>
    <w:basedOn w:val="Absatz-Standardschriftart"/>
    <w:link w:val="berschrift3"/>
    <w:uiPriority w:val="9"/>
    <w:rsid w:val="00FC693F"/>
    <w:rPr>
      <w:b/>
      <w:bCs/>
      <w:color w:val="4F81BD" w:themeColor="accent1"/>
    </w:rPr>
  </w:style>
  <w:style w:type="paragraph" w:styleId="Titel">
    <w:name w:val="Title"/>
    <w:basedOn w:val="Standard"/>
    <w:next w:val="Standard"/>
    <w:link w:val="TitelZchn"/>
    <w:uiPriority w:val="10"/>
    <w:qFormat/>
    <w:rsid w:val="00FC693F"/>
    <w:pPr>
      <w:contextualSpacing/>
    </w:pPr>
    <w:rPr>
      <w:rFonts w:ascii="Poppins Black" w:hAnsi="Poppins Black"/>
      <w:color w:val="052F63"/>
      <w:spacing w:val="5"/>
      <w:kern w:val="28"/>
      <w:sz w:val="50"/>
      <w:szCs w:val="52"/>
    </w:rPr>
  </w:style>
  <w:style w:type="character" w:customStyle="1" w:styleId="TitelZchn">
    <w:name w:val="Titel Zchn"/>
    <w:basedOn w:val="Absatz-Standardschriftart"/>
    <w:link w:val="Titel"/>
    <w:uiPriority w:val="10"/>
    <w:rsid w:val="00FC693F"/>
    <w:rPr>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spacing w:before="200"/>
    </w:pPr>
    <w:rPr>
      <w:iCs/>
      <w:color w:val="052F63"/>
      <w:spacing w:val="15"/>
      <w:szCs w:val="24"/>
    </w:rPr>
  </w:style>
  <w:style w:type="character" w:customStyle="1" w:styleId="UntertitelZchn">
    <w:name w:val="Untertitel Zchn"/>
    <w:basedOn w:val="Absatz-Standardschriftart"/>
    <w:link w:val="Untertitel"/>
    <w:uiPriority w:val="11"/>
    <w:rsid w:val="00FC693F"/>
    <w:rPr>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ind w:left="360"/>
      <w:contextualSpacing/>
    </w:pPr>
  </w:style>
  <w:style w:type="paragraph" w:styleId="Listenfortsetzung2">
    <w:name w:val="List Continue 2"/>
    <w:basedOn w:val="Standard"/>
    <w:uiPriority w:val="99"/>
    <w:unhideWhenUsed/>
    <w:rsid w:val="0029639D"/>
    <w:pPr>
      <w:ind w:left="720"/>
      <w:contextualSpacing/>
    </w:pPr>
  </w:style>
  <w:style w:type="paragraph" w:styleId="Listenfortsetzung3">
    <w:name w:val="List Continue 3"/>
    <w:basedOn w:val="Standard"/>
    <w:uiPriority w:val="99"/>
    <w:unhideWhenUsed/>
    <w:rsid w:val="0029639D"/>
    <w:pPr>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b/>
      <w:bCs/>
      <w:i/>
      <w:iCs/>
      <w:color w:val="4F81BD" w:themeColor="accent1"/>
    </w:rPr>
  </w:style>
  <w:style w:type="character" w:customStyle="1" w:styleId="berschrift5Zchn">
    <w:name w:val="Überschrift 5 Zchn"/>
    <w:basedOn w:val="Absatz-Standardschriftart"/>
    <w:link w:val="berschrift5"/>
    <w:uiPriority w:val="9"/>
    <w:semiHidden/>
    <w:rsid w:val="00FC693F"/>
    <w:rPr>
      <w:color w:val="243F60" w:themeColor="accent1" w:themeShade="7F"/>
    </w:rPr>
  </w:style>
  <w:style w:type="character" w:customStyle="1" w:styleId="berschrift6Zchn">
    <w:name w:val="Überschrift 6 Zchn"/>
    <w:basedOn w:val="Absatz-Standardschriftart"/>
    <w:link w:val="berschrift6"/>
    <w:uiPriority w:val="9"/>
    <w:semiHidden/>
    <w:rsid w:val="00FC693F"/>
    <w:rPr>
      <w:i/>
      <w:iCs/>
      <w:color w:val="243F60" w:themeColor="accent1" w:themeShade="7F"/>
    </w:rPr>
  </w:style>
  <w:style w:type="character" w:customStyle="1" w:styleId="berschrift7Zchn">
    <w:name w:val="Überschrift 7 Zchn"/>
    <w:basedOn w:val="Absatz-Standardschriftart"/>
    <w:link w:val="berschrift7"/>
    <w:uiPriority w:val="9"/>
    <w:semiHidden/>
    <w:rsid w:val="00FC693F"/>
    <w:rPr>
      <w:i/>
      <w:iCs/>
      <w:color w:val="404040" w:themeColor="text1" w:themeTint="BF"/>
    </w:rPr>
  </w:style>
  <w:style w:type="character" w:customStyle="1" w:styleId="berschrift8Zchn">
    <w:name w:val="Überschrift 8 Zchn"/>
    <w:basedOn w:val="Absatz-Standardschriftart"/>
    <w:link w:val="berschrift8"/>
    <w:uiPriority w:val="9"/>
    <w:semiHidden/>
    <w:rsid w:val="00FC693F"/>
    <w:rPr>
      <w:color w:val="4F81BD" w:themeColor="accent1"/>
      <w:sz w:val="20"/>
      <w:szCs w:val="20"/>
    </w:rPr>
  </w:style>
  <w:style w:type="character" w:customStyle="1" w:styleId="berschrift9Zchn">
    <w:name w:val="Überschrift 9 Zchn"/>
    <w:basedOn w:val="Absatz-Standardschriftart"/>
    <w:link w:val="berschrift9"/>
    <w:uiPriority w:val="9"/>
    <w:semiHidden/>
    <w:rsid w:val="00FC693F"/>
    <w:rPr>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b/>
        <w:bCs/>
      </w:rPr>
    </w:tblStylePr>
    <w:tblStylePr w:type="lastCol">
      <w:rPr>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b/>
        <w:bCs/>
      </w:rPr>
    </w:tblStylePr>
    <w:tblStylePr w:type="lastCol">
      <w:rPr>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b/>
        <w:bCs/>
      </w:rPr>
    </w:tblStylePr>
    <w:tblStylePr w:type="lastCol">
      <w:rPr>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b/>
        <w:bCs/>
      </w:rPr>
    </w:tblStylePr>
    <w:tblStylePr w:type="lastCol">
      <w:rPr>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b/>
        <w:bCs/>
      </w:rPr>
    </w:tblStylePr>
    <w:tblStylePr w:type="lastCol">
      <w:rPr>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b/>
        <w:bCs/>
      </w:rPr>
    </w:tblStylePr>
    <w:tblStylePr w:type="lastCol">
      <w:rPr>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b/>
        <w:bCs/>
      </w:rPr>
    </w:tblStylePr>
    <w:tblStylePr w:type="lastCol">
      <w:rPr>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547</Words>
  <Characters>3451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Erwartungen an unsere Zusammenarbeit</dc:title>
  <dc:subject/>
  <dc:creator>Voss Seminare</dc:creator>
  <cp:keywords/>
  <dc:description>generated by python-docx</dc:description>
  <cp:lastModifiedBy>Voss Seminare</cp:lastModifiedBy>
  <cp:revision>2</cp:revision>
  <dcterms:created xsi:type="dcterms:W3CDTF">2013-12-23T23:15:00Z</dcterms:created>
  <dcterms:modified xsi:type="dcterms:W3CDTF">2026-09-16T14:09:00Z</dcterms:modified>
  <cp:category/>
</cp:coreProperties>
</file>